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Nr. înregistrare: .......................... / ..........................</w:t>
      </w:r>
    </w:p>
    <w:p>
      <w:pPr>
        <w:pStyle w:val="Title"/>
        <w:jc w:val="center"/>
      </w:pPr>
      <w:r>
        <w:t>CERERE - DECLARAȚIE PE PROPRIA RĂSPUNDERE</w:t>
      </w:r>
    </w:p>
    <w:p>
      <w:pPr>
        <w:jc w:val="center"/>
      </w:pPr>
      <w:r>
        <w:rPr>
          <w:b/>
          <w:sz w:val="22"/>
        </w:rPr>
        <w:t>pentru acordarea venitului minim de incluziune (VMI)</w:t>
      </w:r>
    </w:p>
    <w:p>
      <w:pPr>
        <w:jc w:val="center"/>
      </w:pPr>
      <w:r>
        <w:rPr>
          <w:i/>
        </w:rPr>
        <w:t>Model editabil întocmit pentru utilizare administrativă la DAS Vulcan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rPr>
          <w:cantSplit/>
        </w:trPr>
        <w:tc>
          <w:tcPr>
            <w:tcW w:type="dxa" w:w="10426"/>
            <w:shd w:fill="EAF2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sz w:val="17"/>
              </w:rPr>
              <w:t>Temei: Legea nr. 196/2016 privind venitul minim de incluziune și anexa nr. 1 la Normele metodologice aprobate prin HG nr. 1154/2022, cu modificările și completările ulterioare, inclusiv HG nr. 1011/2025. Completați rubricile aplicabile și bifați opțiunile corespunzătoare.</w:t>
            </w:r>
          </w:p>
        </w:tc>
      </w:tr>
    </w:tbl>
    <w:p>
      <w:pPr>
        <w:pStyle w:val="Heading1"/>
        <w:spacing w:before="120" w:after="80"/>
        <w:keepNext/>
      </w:pPr>
      <w:r>
        <w:t>CAPITOLUL 1. DATE PRIVIND SOLICITANTUL</w:t>
      </w:r>
    </w:p>
    <w:p>
      <w:pPr>
        <w:spacing w:after="40"/>
      </w:pPr>
      <w:r>
        <w:rPr>
          <w:b/>
        </w:rPr>
        <w:t xml:space="preserve">Subsemnatul(a), numele și prenumele: </w:t>
      </w:r>
      <w:r>
        <w:t>................................................................................................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CNP: </w:t>
      </w:r>
      <w:r>
        <w:t>...........................................</w:t>
      </w:r>
    </w:p>
    <w:p>
      <w:pPr>
        <w:spacing w:after="40"/>
      </w:pPr>
      <w:r>
        <w:rPr>
          <w:b/>
        </w:rPr>
        <w:t xml:space="preserve">Cetățenia: </w:t>
      </w:r>
      <w:r>
        <w:t>☐ română   ☐ UE/SEE/Confederația Elvețiană   ☐ non-UE, țara: ........................................</w:t>
      </w:r>
    </w:p>
    <w:p>
      <w:pPr>
        <w:spacing w:after="40"/>
      </w:pPr>
      <w:r>
        <w:rPr>
          <w:b/>
        </w:rPr>
        <w:t xml:space="preserve">Act de identitate: </w:t>
      </w:r>
      <w:r>
        <w:t>tip .......... seria .......... nr. ................. eliberat de .......................... la data de ..................</w:t>
      </w:r>
    </w:p>
    <w:p>
      <w:pPr>
        <w:spacing w:after="40"/>
      </w:pPr>
      <w:r>
        <w:rPr>
          <w:b/>
        </w:rPr>
        <w:t xml:space="preserve">Domiciliul/reședința: </w:t>
      </w:r>
      <w:r>
        <w:t>localitatea ............................ str. ................................ nr. .... bl. .... sc. .... et. .... ap. .... județ .................</w:t>
      </w:r>
    </w:p>
    <w:p>
      <w:pPr>
        <w:spacing w:after="40"/>
      </w:pPr>
      <w:r>
        <w:rPr>
          <w:b/>
        </w:rPr>
        <w:t xml:space="preserve">Date de contact: </w:t>
      </w:r>
      <w:r>
        <w:t>telefon .................................. e-mail 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Solicit în calitate de: </w:t>
      </w:r>
      <w:r>
        <w:t>☐ persoană singură   ☐ reprezentant al familiei   ☐ reprezentant legal al persoanei îndreptățite</w:t>
      </w:r>
    </w:p>
    <w:p>
      <w:r>
        <w:rPr>
          <w:b/>
        </w:rPr>
        <w:t>Vă rog să aprobați acordarea:</w:t>
      </w:r>
    </w:p>
    <w:p>
      <w:pPr>
        <w:spacing w:after="20"/>
        <w:ind w:left="227"/>
      </w:pPr>
      <w:r>
        <w:t>☐ VENITULUI MINIM DE INCLUZIUNE</w:t>
      </w:r>
    </w:p>
    <w:p>
      <w:pPr>
        <w:spacing w:after="20"/>
        <w:ind w:left="227"/>
      </w:pPr>
      <w:r>
        <w:t>☐ Ajutorului pentru încălzirea locuinței</w:t>
      </w:r>
    </w:p>
    <w:p>
      <w:pPr>
        <w:spacing w:after="20"/>
        <w:ind w:left="227"/>
      </w:pPr>
      <w:r>
        <w:t>☐ Suplimentului pentru energie</w:t>
      </w:r>
    </w:p>
    <w:p>
      <w:pPr>
        <w:spacing w:after="20"/>
        <w:ind w:left="227"/>
      </w:pPr>
      <w:r>
        <w:t>☐ Serviciului social: .................................................................................................................</w:t>
      </w:r>
    </w:p>
    <w:p>
      <w:pPr>
        <w:pStyle w:val="Heading1"/>
        <w:spacing w:before="120" w:after="80"/>
        <w:keepNext/>
      </w:pPr>
      <w:r>
        <w:t>CAPITOLUL 2. PERSOANA ÎNDREPTĂȚITĂ / REPREZENTANTUL FAMILIEI</w:t>
      </w:r>
    </w:p>
    <w:p>
      <w:pPr>
        <w:spacing w:after="40"/>
      </w:pPr>
      <w:r>
        <w:rPr>
          <w:b/>
        </w:rPr>
        <w:t xml:space="preserve">Numele și prenumele: </w:t>
      </w:r>
      <w:r>
        <w:t>................................................................................................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CNP: </w:t>
      </w:r>
      <w:r>
        <w:t>...........................................</w:t>
      </w:r>
    </w:p>
    <w:p>
      <w:pPr>
        <w:spacing w:after="40"/>
      </w:pPr>
      <w:r>
        <w:rPr>
          <w:b/>
        </w:rPr>
        <w:t xml:space="preserve">Data nașterii: </w:t>
      </w:r>
      <w:r>
        <w:t>..........................  Starea civilă: ☐ necăsătorit(ă) ☐ căsătorit(ă) ☐ divorțat(ă) ☐ văduv(ă) ☐ separat(ă) în fapt</w:t>
      </w:r>
    </w:p>
    <w:p>
      <w:pPr>
        <w:spacing w:after="40"/>
      </w:pPr>
      <w:r>
        <w:rPr>
          <w:b/>
        </w:rPr>
        <w:t xml:space="preserve">Situația școlară: </w:t>
      </w:r>
      <w:r>
        <w:t>☐ fără studii ☐ primare/gimnaziale ☐ medii ☐ superioare ☐ elev/student</w:t>
      </w:r>
    </w:p>
    <w:p>
      <w:pPr>
        <w:spacing w:after="40"/>
      </w:pPr>
      <w:r>
        <w:rPr>
          <w:b/>
        </w:rPr>
        <w:t xml:space="preserve">Situația profesională: </w:t>
      </w:r>
      <w:r>
        <w:t>☐ salariat ☐ pensionar ☐ șomer ☐ lucrător independent ☐ lucrător ocazional ☐ fără ocupație ☐ alta ................</w:t>
      </w:r>
    </w:p>
    <w:p>
      <w:pPr>
        <w:spacing w:after="40"/>
      </w:pPr>
      <w:r>
        <w:rPr>
          <w:b/>
        </w:rPr>
        <w:t xml:space="preserve">Domiciliul efectiv, dacă diferă de cel declarat mai sus: </w:t>
      </w:r>
      <w:r>
        <w:t>................................................................................................</w:t>
      </w:r>
    </w:p>
    <w:p>
      <w:pPr>
        <w:pStyle w:val="Heading1"/>
        <w:spacing w:before="120" w:after="80"/>
        <w:keepNext/>
      </w:pPr>
      <w:r>
        <w:t>CAPITOLUL 3. COMPONENȚA FAMILIEI</w:t>
      </w:r>
    </w:p>
    <w:p>
      <w:pPr>
        <w:spacing w:after="60"/>
      </w:pPr>
      <w:r>
        <w:t>Se înscriu toate persoanele care locuiesc și gospodăresc împreună, potrivit situației reale și actelor justificative.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38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Nume și prenume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CNP / data nașterii</w:t>
            </w:r>
          </w:p>
        </w:tc>
        <w:tc>
          <w:tcPr>
            <w:tcW w:type="dxa" w:w="170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Relația față de titular</w:t>
            </w:r>
          </w:p>
        </w:tc>
        <w:tc>
          <w:tcPr>
            <w:tcW w:type="dxa" w:w="124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Stare civilă</w:t>
            </w:r>
          </w:p>
        </w:tc>
        <w:tc>
          <w:tcPr>
            <w:tcW w:type="dxa" w:w="209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Ocupație / școală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pPr>
        <w:spacing w:after="40"/>
      </w:pPr>
      <w:r>
        <w:rPr>
          <w:b/>
        </w:rPr>
        <w:t xml:space="preserve">Numărul total al membrilor familiei: </w:t>
      </w:r>
      <w:r>
        <w:t>................ persoane, din care ............... copii.</w:t>
      </w:r>
    </w:p>
    <w:p>
      <w:pPr>
        <w:pStyle w:val="Heading1"/>
        <w:spacing w:before="120" w:after="80"/>
        <w:keepNext/>
      </w:pPr>
      <w:r>
        <w:t>CAPITOLUL 4. LOCUINȚA ȘI SITUAȚIA GOSPODĂRIEI</w:t>
      </w:r>
    </w:p>
    <w:p>
      <w:pPr>
        <w:spacing w:after="40"/>
      </w:pPr>
      <w:r>
        <w:rPr>
          <w:b/>
        </w:rPr>
        <w:t xml:space="preserve">Adresa locuinței: </w:t>
      </w:r>
      <w:r>
        <w:t>................................................................................................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Regimul juridic: </w:t>
      </w:r>
      <w:r>
        <w:t>☐ proprietate ☐ chirie ☐ locuință socială ☐ comodat/tolerat ☐ altul: ................................................</w:t>
      </w:r>
    </w:p>
    <w:p>
      <w:pPr>
        <w:spacing w:after="40"/>
      </w:pPr>
      <w:r>
        <w:rPr>
          <w:b/>
        </w:rPr>
        <w:t xml:space="preserve">Tipul locuinței: </w:t>
      </w:r>
      <w:r>
        <w:t>☐ casă ☐ apartament ☐ cameră/cămin ☐ adăpost improvizat ☐ fără locuință</w:t>
      </w:r>
    </w:p>
    <w:p>
      <w:pPr>
        <w:spacing w:after="40"/>
      </w:pPr>
      <w:r>
        <w:rPr>
          <w:b/>
        </w:rPr>
        <w:t xml:space="preserve">Număr camere: </w:t>
      </w:r>
      <w:r>
        <w:t>...........  Suprafață utilă: ........... mp  Număr persoane care locuiesc efectiv: ...........</w:t>
      </w:r>
    </w:p>
    <w:p>
      <w:pPr>
        <w:spacing w:after="40"/>
      </w:pPr>
      <w:r>
        <w:rPr>
          <w:b/>
        </w:rPr>
        <w:t xml:space="preserve">Utilități: </w:t>
      </w:r>
      <w:r>
        <w:t>☐ energie electrică ☐ apă ☐ canalizare ☐ gaze ☐ încălzire centrală ☐ combustibil solid ☐ altele ................</w:t>
      </w:r>
    </w:p>
    <w:p>
      <w:pPr>
        <w:spacing w:after="40"/>
      </w:pPr>
      <w:r>
        <w:rPr>
          <w:b/>
        </w:rPr>
        <w:t xml:space="preserve">Alte persoane/familii care locuiesc la aceeași adresă: </w:t>
      </w:r>
      <w:r>
        <w:t>................................................................................................</w:t>
      </w:r>
    </w:p>
    <w:p>
      <w:pPr>
        <w:pStyle w:val="Heading1"/>
        <w:spacing w:before="120" w:after="80"/>
        <w:keepNext/>
      </w:pPr>
      <w:r>
        <w:t>CAPITOLUL 5. VENITURILE FAMILIEI</w:t>
      </w:r>
    </w:p>
    <w:p>
      <w:pPr>
        <w:spacing w:after="60"/>
      </w:pPr>
      <w:r>
        <w:t>Declarați toate veniturile nete realizate de fiecare membru, potrivit perioadei și regulilor de calcul prevăzute de lege.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Membrul familiei</w:t>
            </w:r>
          </w:p>
        </w:tc>
        <w:tc>
          <w:tcPr>
            <w:tcW w:type="dxa" w:w="243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Sursa venitului</w:t>
            </w:r>
          </w:p>
        </w:tc>
        <w:tc>
          <w:tcPr>
            <w:tcW w:type="dxa" w:w="209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Instituția/plătitorul</w:t>
            </w:r>
          </w:p>
        </w:tc>
        <w:tc>
          <w:tcPr>
            <w:tcW w:type="dxa" w:w="130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Venit net (lei)</w:t>
            </w:r>
          </w:p>
        </w:tc>
        <w:tc>
          <w:tcPr>
            <w:tcW w:type="dxa" w:w="136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Periodicitate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43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09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pPr>
        <w:spacing w:after="40"/>
      </w:pPr>
      <w:r>
        <w:rPr>
          <w:b/>
        </w:rPr>
        <w:t xml:space="preserve">Alte venituri sau sume ocazionale: </w:t>
      </w:r>
      <w:r>
        <w:t>................................................................................................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Venit total declarat al familiei: </w:t>
      </w:r>
      <w:r>
        <w:t>................................ lei; venit net lunar ajustat, calculat de autoritate: ................................. lei</w:t>
      </w:r>
    </w:p>
    <w:p>
      <w:pPr>
        <w:pStyle w:val="Heading1"/>
        <w:spacing w:before="120" w:after="80"/>
        <w:keepNext/>
      </w:pPr>
      <w:r>
        <w:t>CAPITOLUL 6. BUNURI DEȚINUTE</w:t>
      </w:r>
    </w:p>
    <w:p>
      <w:r>
        <w:rPr>
          <w:b/>
        </w:rPr>
        <w:t>A. Bunuri imobile deținute în proprietate, coproprietate, concesiune, închiriere sau folosință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38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Tip bun / destinație</w:t>
            </w:r>
          </w:p>
        </w:tc>
        <w:tc>
          <w:tcPr>
            <w:tcW w:type="dxa" w:w="294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Localitate / adresă</w:t>
            </w:r>
          </w:p>
        </w:tc>
        <w:tc>
          <w:tcPr>
            <w:tcW w:type="dxa" w:w="124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Suprafață</w:t>
            </w:r>
          </w:p>
        </w:tc>
        <w:tc>
          <w:tcPr>
            <w:tcW w:type="dxa" w:w="102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Cotă</w:t>
            </w:r>
          </w:p>
        </w:tc>
        <w:tc>
          <w:tcPr>
            <w:tcW w:type="dxa" w:w="198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Titular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02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r>
        <w:rPr>
          <w:b/>
        </w:rPr>
        <w:t>B. Bunuri mobile și alte bunuri relevante pentru verificarea eligibilității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Categoria bunului</w:t>
            </w:r>
          </w:p>
        </w:tc>
        <w:tc>
          <w:tcPr>
            <w:tcW w:type="dxa" w:w="170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Marcă / tip</w:t>
            </w:r>
          </w:p>
        </w:tc>
        <w:tc>
          <w:tcPr>
            <w:tcW w:type="dxa" w:w="198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An fabricație/dobândire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Titular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Observații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r>
        <w:rPr>
          <w:b/>
        </w:rPr>
        <w:t>C. Terenuri, animale/păsări și utilaje agricole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Categorie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Suprafață / număr</w:t>
            </w:r>
          </w:p>
        </w:tc>
        <w:tc>
          <w:tcPr>
            <w:tcW w:type="dxa" w:w="198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Localitate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Titular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Observații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9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pPr>
        <w:spacing w:after="40"/>
      </w:pPr>
      <w:r>
        <w:rPr>
          <w:b/>
        </w:rPr>
        <w:t xml:space="preserve">Declar că familia: </w:t>
      </w:r>
      <w:r>
        <w:t>☐ nu deține bunuri suplimentare față de cele înscrise mai sus   ☐ deține și bunurile descrise în anexă</w:t>
      </w:r>
    </w:p>
    <w:p>
      <w:pPr>
        <w:pStyle w:val="Heading1"/>
        <w:spacing w:before="120" w:after="80"/>
        <w:keepNext/>
      </w:pPr>
      <w:r>
        <w:t>CAPITOLUL 7. SITUAȚIA MEMBRILOR APȚI DE MUNCĂ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268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Nume și prenume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Statut în muncă</w:t>
            </w:r>
          </w:p>
        </w:tc>
        <w:tc>
          <w:tcPr>
            <w:tcW w:type="dxa" w:w="141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Înregistrat la AJOFM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Motiv exceptare, dacă este cazul</w:t>
            </w:r>
          </w:p>
        </w:tc>
        <w:tc>
          <w:tcPr>
            <w:tcW w:type="dxa" w:w="136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Document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2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41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36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pPr>
        <w:spacing w:after="40"/>
      </w:pPr>
      <w:r>
        <w:rPr>
          <w:b/>
        </w:rPr>
        <w:t xml:space="preserve">Persoanele apte de muncă declară disponibilitatea pentru măsurile de activare prevăzute de lege: </w:t>
      </w:r>
      <w:r>
        <w:t>☐ DA ☐ NU ☐ nu este cazul</w:t>
      </w:r>
    </w:p>
    <w:p>
      <w:pPr>
        <w:pStyle w:val="Heading1"/>
        <w:spacing w:before="120" w:after="80"/>
        <w:keepNext/>
      </w:pPr>
      <w:r>
        <w:t>CAPITOLUL 8. COPIII DIN FAMILIE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cantSplit/>
        </w:trPr>
        <w:tc>
          <w:tcPr>
            <w:tcW w:type="dxa" w:w="39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type="dxa" w:w="238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Nume și prenume copil</w:t>
            </w:r>
          </w:p>
        </w:tc>
        <w:tc>
          <w:tcPr>
            <w:tcW w:type="dxa" w:w="2835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Unitatea de învățământ</w:t>
            </w:r>
          </w:p>
        </w:tc>
        <w:tc>
          <w:tcPr>
            <w:tcW w:type="dxa" w:w="1247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Clasa/grupa</w:t>
            </w:r>
          </w:p>
        </w:tc>
        <w:tc>
          <w:tcPr>
            <w:tcW w:type="dxa" w:w="170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Frecventează cursurile</w:t>
            </w:r>
          </w:p>
        </w:tc>
        <w:tc>
          <w:tcPr>
            <w:tcW w:type="dxa" w:w="170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Observații</w:t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  <w:tr>
        <w:trPr>
          <w:cantSplit/>
        </w:trPr>
        <w:tc>
          <w:tcPr>
            <w:tcW w:type="dxa" w:w="39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283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24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  <w:tc>
          <w:tcPr>
            <w:tcW w:type="dxa" w:w="170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5"/>
              </w:rPr>
              <w:br/>
            </w:r>
          </w:p>
        </w:tc>
      </w:tr>
    </w:tbl>
    <w:p>
      <w:pPr>
        <w:spacing w:after="40"/>
      </w:pPr>
      <w:r>
        <w:rPr>
          <w:b/>
        </w:rPr>
        <w:t xml:space="preserve">Copii cu dizabilități/CES sau alte situații speciale, după caz: </w:t>
      </w:r>
      <w:r>
        <w:t>................................................................................................</w:t>
      </w:r>
    </w:p>
    <w:p>
      <w:pPr>
        <w:pStyle w:val="Heading1"/>
        <w:spacing w:before="120" w:after="80"/>
        <w:keepNext/>
      </w:pPr>
      <w:r>
        <w:t>CAPITOLUL 9. MODALITATEA DE PLATĂ</w:t>
      </w:r>
    </w:p>
    <w:p>
      <w:pPr>
        <w:spacing w:after="20"/>
        <w:ind w:left="227"/>
      </w:pPr>
      <w:r>
        <w:t>☐ Mandat poștal la adresa: ................................................................................................................</w:t>
      </w:r>
    </w:p>
    <w:p>
      <w:pPr>
        <w:spacing w:after="20"/>
        <w:ind w:left="227"/>
      </w:pPr>
      <w:r>
        <w:t>☐ Cont bancar: IBAN ............................................................................................................................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</w:rPr>
        <w:t xml:space="preserve">Titular cont: </w:t>
      </w:r>
      <w:r>
        <w:t>.............................................................................. Banca: .................................................................</w:t>
      </w:r>
    </w:p>
    <w:p>
      <w:pPr>
        <w:pStyle w:val="Heading1"/>
        <w:spacing w:before="120" w:after="80"/>
        <w:keepNext/>
      </w:pPr>
      <w:r>
        <w:t>CAPITOLUL 10. DOCUMENTE ANEXATE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rPr>
          <w:tblHeader w:val="true"/>
          <w:cantSplit/>
        </w:trPr>
        <w:tc>
          <w:tcPr>
            <w:tcW w:type="dxa" w:w="68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6"/>
              </w:rPr>
              <w:t>Nr. crt.</w:t>
            </w:r>
          </w:p>
        </w:tc>
        <w:tc>
          <w:tcPr>
            <w:tcW w:type="dxa" w:w="3969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6"/>
              </w:rPr>
              <w:t>Document</w:t>
            </w:r>
          </w:p>
        </w:tc>
        <w:tc>
          <w:tcPr>
            <w:tcW w:type="dxa" w:w="181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6"/>
              </w:rPr>
              <w:t>Nr./data</w:t>
            </w:r>
          </w:p>
        </w:tc>
        <w:tc>
          <w:tcPr>
            <w:tcW w:type="dxa" w:w="2381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6"/>
              </w:rPr>
              <w:t>Emitent</w:t>
            </w:r>
          </w:p>
        </w:tc>
        <w:tc>
          <w:tcPr>
            <w:tcW w:type="dxa" w:w="1304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6"/>
              </w:rPr>
              <w:t>Bifat la primire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3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3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sz w:val="16"/>
              </w:rPr>
              <w:br/>
            </w:r>
          </w:p>
        </w:tc>
      </w:tr>
    </w:tbl>
    <w:p>
      <w:pPr>
        <w:pStyle w:val="Heading1"/>
        <w:spacing w:before="120" w:after="80"/>
        <w:keepNext/>
      </w:pPr>
      <w:r>
        <w:t>CAPITOLUL 11. DECLARAȚII ȘI ANGAJAMENTE</w:t>
      </w:r>
    </w:p>
    <w:p>
      <w:pPr>
        <w:spacing w:after="20"/>
        <w:ind w:left="227"/>
      </w:pPr>
      <w:r>
        <w:t>☐ Declar pe propria răspundere că informațiile înscrise în prezenta cerere și în anexele sale sunt complete și corespund realității.</w:t>
      </w:r>
    </w:p>
    <w:p>
      <w:pPr>
        <w:spacing w:after="20"/>
        <w:ind w:left="227"/>
      </w:pPr>
      <w:r>
        <w:t>☐ Mă oblig să comunic Direcției de Asistență Socială orice modificare privind componența familiei, domiciliul/reședința, veniturile sau bunurile, în termenul prevăzut de lege.</w:t>
      </w:r>
    </w:p>
    <w:p>
      <w:pPr>
        <w:spacing w:after="20"/>
        <w:ind w:left="227"/>
      </w:pPr>
      <w:r>
        <w:t>☐ Sunt de acord cu verificarea datelor declarate în evidențele autorităților și instituțiilor publice competente, în condițiile legii.</w:t>
      </w:r>
    </w:p>
    <w:p>
      <w:pPr>
        <w:spacing w:after="20"/>
        <w:ind w:left="227"/>
      </w:pPr>
      <w:r>
        <w:t>☐ Am luat cunoștință că declarațiile necorespunzătoare adevărului pot atrage încetarea/recuperarea sumelor acordate necuvenit și răspunderea prevăzută de lege.</w:t>
      </w:r>
    </w:p>
    <w:p>
      <w:pPr>
        <w:spacing w:after="20"/>
        <w:ind w:left="227"/>
      </w:pPr>
      <w:r>
        <w:t>☐ Am primit informații privind documentele necesare, etapele de soluționare și dreptul de a contesta actul administrativ, potrivit legii.</w:t>
      </w:r>
    </w:p>
    <w:p>
      <w:pPr>
        <w:spacing w:after="40"/>
      </w:pPr>
      <w:r>
        <w:rPr>
          <w:b/>
        </w:rPr>
        <w:t xml:space="preserve">Observațiile solicitantului: </w:t>
      </w:r>
      <w:r>
        <w:t>................................................................................................</w:t>
      </w:r>
    </w:p>
    <w:p>
      <w:pPr>
        <w:pStyle w:val="Heading1"/>
        <w:spacing w:before="120" w:after="80"/>
        <w:keepNext/>
      </w:pPr>
      <w:r>
        <w:t>CAPITOLUL 12. SEMNĂTURI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213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17"/>
              </w:rPr>
              <w:t>SOLICITANT / REPREZENTANT</w:t>
            </w:r>
          </w:p>
        </w:tc>
        <w:tc>
          <w:tcPr>
            <w:tcW w:type="dxa" w:w="5213"/>
            <w:shd w:fill="D9EA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17"/>
              </w:rPr>
              <w:t>PRIMIT ȘI VERIFICAT FORMAL DE</w:t>
            </w:r>
          </w:p>
        </w:tc>
      </w:tr>
      <w:tr>
        <w:trPr>
          <w:cantSplit/>
        </w:trPr>
        <w:tc>
          <w:tcPr>
            <w:tcW w:type="dxa" w:w="5213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sz w:val="17"/>
              </w:rPr>
              <w:t>Nume: ............................................................</w:t>
              <w:br/>
              <w:t>Semnătura: .....................................................</w:t>
              <w:br/>
              <w:t>Data: ...............................................................</w:t>
            </w:r>
          </w:p>
        </w:tc>
        <w:tc>
          <w:tcPr>
            <w:tcW w:type="dxa" w:w="5213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sz w:val="17"/>
              </w:rPr>
              <w:t>Nume și funcție: ...............................................</w:t>
              <w:br/>
              <w:t>Semnătura: .....................................................</w:t>
              <w:br/>
              <w:t>Data: ...............................................................</w:t>
            </w:r>
          </w:p>
        </w:tc>
      </w:tr>
      <w:tr>
        <w:trPr>
          <w:cantSplit/>
        </w:trPr>
        <w:tc>
          <w:tcPr>
            <w:tcW w:type="dxa" w:w="5213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sz w:val="17"/>
              </w:rPr>
              <w:t>☐ Cererea a fost completată personal</w:t>
              <w:br/>
              <w:t>☐ Cererea a fost completată cu sprijinul unui reprezentant DAS</w:t>
            </w:r>
          </w:p>
        </w:tc>
        <w:tc>
          <w:tcPr>
            <w:tcW w:type="dxa" w:w="5213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sz w:val="17"/>
              </w:rPr>
              <w:t>☐ Documentație completă</w:t>
              <w:br/>
              <w:t>☐ Documentație incompletă. Lipsesc: ............................</w:t>
            </w:r>
          </w:p>
        </w:tc>
      </w:tr>
      <w:tr>
        <w:trPr>
          <w:cantSplit/>
        </w:trPr>
        <w:tc>
          <w:tcPr>
            <w:tcW w:type="dxa" w:w="10426"/>
            <w:gridSpan w:val="2"/>
            <w:tcMar>
              <w:top w:w="120" w:type="dxa"/>
              <w:start w:w="120" w:type="dxa"/>
              <w:bottom w:w="120" w:type="dxa"/>
              <w:end w:w="120" w:type="dxa"/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sz w:val="17"/>
              </w:rPr>
              <w:t>Număr de pagini/anexe depuse: ....................   Mențiuni: ........................................................................................................................</w:t>
            </w:r>
          </w:p>
        </w:tc>
      </w:tr>
    </w:tbl>
    <w:p>
      <w:pPr>
        <w:pStyle w:val="Heading1"/>
        <w:spacing w:before="120" w:after="80"/>
        <w:keepNext/>
      </w:pPr>
      <w:r>
        <w:t>ANEXĂ. SPAȚIU PENTRU INFORMAȚII SUPLIMENTARE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........................................................................................................................................................................................</w:t>
      </w:r>
    </w:p>
    <w:p>
      <w:pPr>
        <w:spacing w:before="160"/>
      </w:pPr>
      <w:r>
        <w:rPr>
          <w:b/>
        </w:rPr>
        <w:t xml:space="preserve">Notă administrativă: </w:t>
      </w:r>
      <w:r>
        <w:t>Prezentul document este un model editabil de lucru. La înregistrare, personalul DAS verifică folosirea versiunii oficiale în vigoare a formularului și rubricile aplicabile situației solicitantului.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07" w:bottom="850" w:left="90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Formular de lucru VMI • DAS Vulcan • Pagina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sz w:val="18"/>
      </w:rPr>
      <w:t>MUNICIPIUL VULCAN</w:t>
      <w:br/>
      <w:t>DIRECȚIA DE ASISTENȚĂ SOCIALĂ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Cerere - declarație VMI DAS Vulcan 2026</dc:title>
  <dc:subject>Formular editabil pentru solicitarea venitului minim de incluziune</dc:subject>
  <dc:creator>Social | Primaria Vulcan</dc:creator>
  <keywords/>
  <dc:description>generated by python-docx</dc:description>
  <lastModifiedBy>Social | Primaria Vulcan</lastModifiedBy>
  <revision>1</revision>
  <dcterms:created xsi:type="dcterms:W3CDTF">2026-09-09T12:12:19.2907141Z</dcterms:created>
  <dcterms:modified xsi:type="dcterms:W3CDTF">2026-09-09T12:12:19.2907141Z</dcterms:modified>
  <category/>
</coreProperties>
</file>